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4" w:space="0" w:color="AAB8C6"/>
          <w:left w:val="single" w:sz="4" w:space="0" w:color="AAB8C6"/>
          <w:bottom w:val="single" w:sz="4" w:space="0" w:color="AAB8C6"/>
          <w:right w:val="single" w:sz="4" w:space="0" w:color="AAB8C6"/>
          <w:insideH w:val="single" w:sz="4" w:space="0" w:color="AAB8C6"/>
          <w:insideV w:val="single" w:sz="4" w:space="0" w:color="AAB8C6"/>
        </w:tblBorders>
        <w:tblLook w:val="04A0" w:firstRow="1" w:lastRow="0" w:firstColumn="1" w:lastColumn="0" w:noHBand="0" w:noVBand="1"/>
      </w:tblPr>
      <w:tblGrid>
        <w:gridCol w:w="5209"/>
        <w:gridCol w:w="5207"/>
      </w:tblGrid>
      <w:tr w:rsidR="00663025" w14:paraId="3DEFB2C9" w14:textId="77777777">
        <w:trPr>
          <w:jc w:val="center"/>
        </w:trPr>
        <w:tc>
          <w:tcPr>
            <w:tcW w:w="5213" w:type="dxa"/>
            <w:shd w:val="clear" w:color="auto" w:fill="17365D"/>
          </w:tcPr>
          <w:p w14:paraId="34C6EC87" w14:textId="77777777" w:rsidR="00663025" w:rsidRDefault="004943BE">
            <w:r>
              <w:rPr>
                <w:b/>
                <w:color w:val="FFFFFF"/>
                <w:sz w:val="20"/>
              </w:rPr>
              <w:t>UDDANNELSESSTYRELSEN</w:t>
            </w:r>
            <w:r>
              <w:rPr>
                <w:b/>
                <w:color w:val="FFFFFF"/>
                <w:sz w:val="20"/>
              </w:rPr>
              <w:br/>
              <w:t>PRØVEKONTORET</w:t>
            </w:r>
          </w:p>
        </w:tc>
        <w:tc>
          <w:tcPr>
            <w:tcW w:w="5213" w:type="dxa"/>
            <w:shd w:val="clear" w:color="auto" w:fill="17365D"/>
          </w:tcPr>
          <w:p w14:paraId="4E6CC5DE" w14:textId="77777777" w:rsidR="00663025" w:rsidRDefault="004943BE">
            <w:pPr>
              <w:jc w:val="right"/>
            </w:pPr>
            <w:r>
              <w:rPr>
                <w:b/>
                <w:color w:val="FFFFFF"/>
                <w:sz w:val="20"/>
              </w:rPr>
              <w:t>GRØNLAND</w:t>
            </w:r>
          </w:p>
        </w:tc>
      </w:tr>
    </w:tbl>
    <w:p w14:paraId="2FAA9A65" w14:textId="77777777" w:rsidR="00663025" w:rsidRDefault="004943BE">
      <w:pPr>
        <w:spacing w:after="0"/>
        <w:jc w:val="center"/>
      </w:pPr>
      <w:r>
        <w:rPr>
          <w:b/>
          <w:color w:val="17365D"/>
          <w:sz w:val="34"/>
        </w:rPr>
        <w:t>TILMELDINGSBLANKET</w:t>
      </w:r>
    </w:p>
    <w:p w14:paraId="3EF1D235" w14:textId="77EDCE1A" w:rsidR="00663025" w:rsidRDefault="004943BE">
      <w:pPr>
        <w:spacing w:after="60"/>
        <w:jc w:val="center"/>
      </w:pPr>
      <w:r>
        <w:rPr>
          <w:i/>
          <w:sz w:val="20"/>
        </w:rPr>
        <w:t xml:space="preserve">Censor </w:t>
      </w:r>
      <w:proofErr w:type="spellStart"/>
      <w:r>
        <w:rPr>
          <w:i/>
          <w:sz w:val="20"/>
        </w:rPr>
        <w:t>ved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folkeskolens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afgangsprøver</w:t>
      </w:r>
      <w:proofErr w:type="spellEnd"/>
      <w:r>
        <w:rPr>
          <w:i/>
          <w:sz w:val="20"/>
        </w:rPr>
        <w:t xml:space="preserve"> · 202</w:t>
      </w:r>
      <w:r w:rsidR="003A4040">
        <w:rPr>
          <w:i/>
          <w:sz w:val="20"/>
        </w:rPr>
        <w:t>x</w:t>
      </w:r>
    </w:p>
    <w:p w14:paraId="5E1A19F6" w14:textId="77777777" w:rsidR="00663025" w:rsidRPr="002F5C15" w:rsidRDefault="004943BE">
      <w:pPr>
        <w:jc w:val="center"/>
        <w:rPr>
          <w:lang w:val="da-DK"/>
        </w:rPr>
      </w:pPr>
      <w:r w:rsidRPr="002F5C15">
        <w:rPr>
          <w:lang w:val="da-DK"/>
        </w:rPr>
        <w:t>Udfyld alle relevante felter tydeligt. Blanketten anvendes ved registrering og administration af censorer.</w:t>
      </w:r>
    </w:p>
    <w:p w14:paraId="2A62E2FC" w14:textId="77777777" w:rsidR="00663025" w:rsidRDefault="004943BE">
      <w:pPr>
        <w:pStyle w:val="Overskrift1"/>
        <w:pBdr>
          <w:bottom w:val="single" w:sz="6" w:space="0" w:color="1F4E79"/>
        </w:pBdr>
        <w:spacing w:before="100" w:after="40"/>
      </w:pPr>
      <w:r>
        <w:t>1. PERSONLIGE OPLYSNINGER</w:t>
      </w:r>
    </w:p>
    <w:tbl>
      <w:tblPr>
        <w:tblW w:w="0" w:type="auto"/>
        <w:jc w:val="center"/>
        <w:tblBorders>
          <w:top w:val="single" w:sz="4" w:space="0" w:color="AAB8C6"/>
          <w:left w:val="single" w:sz="4" w:space="0" w:color="AAB8C6"/>
          <w:bottom w:val="single" w:sz="4" w:space="0" w:color="AAB8C6"/>
          <w:right w:val="single" w:sz="4" w:space="0" w:color="AAB8C6"/>
          <w:insideH w:val="single" w:sz="4" w:space="0" w:color="AAB8C6"/>
          <w:insideV w:val="single" w:sz="4" w:space="0" w:color="AAB8C6"/>
        </w:tblBorders>
        <w:tblLook w:val="04A0" w:firstRow="1" w:lastRow="0" w:firstColumn="1" w:lastColumn="0" w:noHBand="0" w:noVBand="1"/>
      </w:tblPr>
      <w:tblGrid>
        <w:gridCol w:w="5208"/>
        <w:gridCol w:w="5208"/>
      </w:tblGrid>
      <w:tr w:rsidR="00663025" w14:paraId="0FF2DE48" w14:textId="77777777">
        <w:trPr>
          <w:jc w:val="center"/>
        </w:trPr>
        <w:tc>
          <w:tcPr>
            <w:tcW w:w="5213" w:type="dxa"/>
            <w:shd w:val="clear" w:color="auto" w:fill="EAF0F6"/>
          </w:tcPr>
          <w:p w14:paraId="2EAAB79D" w14:textId="77777777" w:rsidR="00663025" w:rsidRDefault="004943BE">
            <w:proofErr w:type="spellStart"/>
            <w:r>
              <w:rPr>
                <w:b/>
              </w:rPr>
              <w:t>Fulde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navn</w:t>
            </w:r>
            <w:proofErr w:type="spellEnd"/>
          </w:p>
        </w:tc>
        <w:tc>
          <w:tcPr>
            <w:tcW w:w="5213" w:type="dxa"/>
            <w:shd w:val="clear" w:color="auto" w:fill="EAF0F6"/>
          </w:tcPr>
          <w:p w14:paraId="6652C23F" w14:textId="77777777" w:rsidR="00663025" w:rsidRDefault="004943BE">
            <w:r>
              <w:rPr>
                <w:b/>
              </w:rPr>
              <w:t>CPR-nr.</w:t>
            </w:r>
          </w:p>
        </w:tc>
      </w:tr>
      <w:tr w:rsidR="00663025" w14:paraId="11913888" w14:textId="77777777">
        <w:trPr>
          <w:jc w:val="center"/>
        </w:trPr>
        <w:tc>
          <w:tcPr>
            <w:tcW w:w="5213" w:type="dxa"/>
          </w:tcPr>
          <w:p w14:paraId="73461924" w14:textId="10148211" w:rsidR="00663025" w:rsidRDefault="004943BE">
            <w:r>
              <w:br/>
            </w:r>
          </w:p>
        </w:tc>
        <w:tc>
          <w:tcPr>
            <w:tcW w:w="5213" w:type="dxa"/>
          </w:tcPr>
          <w:p w14:paraId="633F61A1" w14:textId="77777777" w:rsidR="00663025" w:rsidRDefault="004943BE">
            <w:r>
              <w:br/>
            </w:r>
          </w:p>
        </w:tc>
      </w:tr>
    </w:tbl>
    <w:p w14:paraId="0B32611F" w14:textId="77777777" w:rsidR="00663025" w:rsidRDefault="00663025">
      <w:pPr>
        <w:spacing w:after="0"/>
      </w:pPr>
    </w:p>
    <w:tbl>
      <w:tblPr>
        <w:tblW w:w="0" w:type="auto"/>
        <w:jc w:val="center"/>
        <w:tblBorders>
          <w:top w:val="single" w:sz="4" w:space="0" w:color="AAB8C6"/>
          <w:left w:val="single" w:sz="4" w:space="0" w:color="AAB8C6"/>
          <w:bottom w:val="single" w:sz="4" w:space="0" w:color="AAB8C6"/>
          <w:right w:val="single" w:sz="4" w:space="0" w:color="AAB8C6"/>
          <w:insideH w:val="single" w:sz="4" w:space="0" w:color="AAB8C6"/>
          <w:insideV w:val="single" w:sz="4" w:space="0" w:color="AAB8C6"/>
        </w:tblBorders>
        <w:tblLook w:val="04A0" w:firstRow="1" w:lastRow="0" w:firstColumn="1" w:lastColumn="0" w:noHBand="0" w:noVBand="1"/>
      </w:tblPr>
      <w:tblGrid>
        <w:gridCol w:w="5240"/>
        <w:gridCol w:w="5176"/>
      </w:tblGrid>
      <w:tr w:rsidR="003A4040" w14:paraId="3AEA0C46" w14:textId="77777777" w:rsidTr="003A4040">
        <w:trPr>
          <w:jc w:val="center"/>
        </w:trPr>
        <w:tc>
          <w:tcPr>
            <w:tcW w:w="5240" w:type="dxa"/>
            <w:shd w:val="clear" w:color="auto" w:fill="EAF0F6"/>
          </w:tcPr>
          <w:p w14:paraId="603DF37C" w14:textId="77777777" w:rsidR="003A4040" w:rsidRDefault="003A4040">
            <w:proofErr w:type="spellStart"/>
            <w:r>
              <w:rPr>
                <w:b/>
              </w:rPr>
              <w:t>Mobilnummer</w:t>
            </w:r>
            <w:proofErr w:type="spellEnd"/>
          </w:p>
        </w:tc>
        <w:tc>
          <w:tcPr>
            <w:tcW w:w="5176" w:type="dxa"/>
            <w:shd w:val="clear" w:color="auto" w:fill="EAF0F6"/>
          </w:tcPr>
          <w:p w14:paraId="43B2BC2E" w14:textId="77777777" w:rsidR="003A4040" w:rsidRDefault="003A4040">
            <w:r>
              <w:rPr>
                <w:b/>
              </w:rPr>
              <w:t>E-</w:t>
            </w:r>
            <w:proofErr w:type="spellStart"/>
            <w:r>
              <w:rPr>
                <w:b/>
              </w:rPr>
              <w:t>mailadresse</w:t>
            </w:r>
            <w:proofErr w:type="spellEnd"/>
          </w:p>
        </w:tc>
      </w:tr>
      <w:tr w:rsidR="003A4040" w14:paraId="4C39004C" w14:textId="77777777" w:rsidTr="003A4040">
        <w:trPr>
          <w:jc w:val="center"/>
        </w:trPr>
        <w:tc>
          <w:tcPr>
            <w:tcW w:w="5240" w:type="dxa"/>
          </w:tcPr>
          <w:p w14:paraId="69E77210" w14:textId="77777777" w:rsidR="003A4040" w:rsidRDefault="003A4040">
            <w:r>
              <w:br/>
            </w:r>
          </w:p>
        </w:tc>
        <w:tc>
          <w:tcPr>
            <w:tcW w:w="5176" w:type="dxa"/>
          </w:tcPr>
          <w:p w14:paraId="6F0FCD04" w14:textId="77777777" w:rsidR="003A4040" w:rsidRDefault="003A4040">
            <w:r>
              <w:br/>
            </w:r>
          </w:p>
        </w:tc>
      </w:tr>
    </w:tbl>
    <w:p w14:paraId="41CD488A" w14:textId="77777777" w:rsidR="00663025" w:rsidRDefault="00663025">
      <w:pPr>
        <w:spacing w:after="0"/>
      </w:pPr>
    </w:p>
    <w:p w14:paraId="7B64A34E" w14:textId="77777777" w:rsidR="00663025" w:rsidRDefault="004943BE">
      <w:pPr>
        <w:pStyle w:val="Overskrift1"/>
        <w:pBdr>
          <w:bottom w:val="single" w:sz="6" w:space="0" w:color="1F4E79"/>
        </w:pBdr>
        <w:spacing w:before="100" w:after="40"/>
      </w:pPr>
      <w:r>
        <w:t>2. ARBEJDSSTED</w:t>
      </w:r>
    </w:p>
    <w:tbl>
      <w:tblPr>
        <w:tblW w:w="0" w:type="auto"/>
        <w:jc w:val="center"/>
        <w:tblBorders>
          <w:top w:val="single" w:sz="4" w:space="0" w:color="AAB8C6"/>
          <w:left w:val="single" w:sz="4" w:space="0" w:color="AAB8C6"/>
          <w:bottom w:val="single" w:sz="4" w:space="0" w:color="AAB8C6"/>
          <w:right w:val="single" w:sz="4" w:space="0" w:color="AAB8C6"/>
          <w:insideH w:val="single" w:sz="4" w:space="0" w:color="AAB8C6"/>
          <w:insideV w:val="single" w:sz="4" w:space="0" w:color="AAB8C6"/>
        </w:tblBorders>
        <w:tblLook w:val="04A0" w:firstRow="1" w:lastRow="0" w:firstColumn="1" w:lastColumn="0" w:noHBand="0" w:noVBand="1"/>
      </w:tblPr>
      <w:tblGrid>
        <w:gridCol w:w="3472"/>
        <w:gridCol w:w="3472"/>
        <w:gridCol w:w="3472"/>
      </w:tblGrid>
      <w:tr w:rsidR="00663025" w14:paraId="420D6483" w14:textId="77777777">
        <w:trPr>
          <w:jc w:val="center"/>
        </w:trPr>
        <w:tc>
          <w:tcPr>
            <w:tcW w:w="3475" w:type="dxa"/>
            <w:shd w:val="clear" w:color="auto" w:fill="EAF0F6"/>
          </w:tcPr>
          <w:p w14:paraId="5ED9EAFC" w14:textId="77777777" w:rsidR="00663025" w:rsidRDefault="004943BE">
            <w:r>
              <w:rPr>
                <w:b/>
              </w:rPr>
              <w:t>Stilling</w:t>
            </w:r>
          </w:p>
        </w:tc>
        <w:tc>
          <w:tcPr>
            <w:tcW w:w="3475" w:type="dxa"/>
            <w:shd w:val="clear" w:color="auto" w:fill="EAF0F6"/>
          </w:tcPr>
          <w:p w14:paraId="6918A4EE" w14:textId="77777777" w:rsidR="00663025" w:rsidRDefault="004943BE">
            <w:proofErr w:type="spellStart"/>
            <w:r>
              <w:rPr>
                <w:b/>
              </w:rPr>
              <w:t>Skolens</w:t>
            </w:r>
            <w:proofErr w:type="spellEnd"/>
            <w:r>
              <w:rPr>
                <w:b/>
              </w:rPr>
              <w:t xml:space="preserve"> navn</w:t>
            </w:r>
          </w:p>
        </w:tc>
        <w:tc>
          <w:tcPr>
            <w:tcW w:w="3475" w:type="dxa"/>
            <w:shd w:val="clear" w:color="auto" w:fill="EAF0F6"/>
          </w:tcPr>
          <w:p w14:paraId="717C2110" w14:textId="77777777" w:rsidR="00663025" w:rsidRDefault="004943BE">
            <w:proofErr w:type="spellStart"/>
            <w:r>
              <w:rPr>
                <w:b/>
              </w:rPr>
              <w:t>Kommune</w:t>
            </w:r>
            <w:proofErr w:type="spellEnd"/>
          </w:p>
        </w:tc>
      </w:tr>
      <w:tr w:rsidR="00663025" w14:paraId="3A75E48C" w14:textId="77777777">
        <w:trPr>
          <w:jc w:val="center"/>
        </w:trPr>
        <w:tc>
          <w:tcPr>
            <w:tcW w:w="3475" w:type="dxa"/>
          </w:tcPr>
          <w:p w14:paraId="16D5DF9E" w14:textId="77777777" w:rsidR="00663025" w:rsidRDefault="004943BE">
            <w:r>
              <w:br/>
            </w:r>
          </w:p>
        </w:tc>
        <w:tc>
          <w:tcPr>
            <w:tcW w:w="3475" w:type="dxa"/>
          </w:tcPr>
          <w:p w14:paraId="25F064B3" w14:textId="77777777" w:rsidR="00663025" w:rsidRDefault="004943BE">
            <w:r>
              <w:br/>
            </w:r>
          </w:p>
        </w:tc>
        <w:tc>
          <w:tcPr>
            <w:tcW w:w="3475" w:type="dxa"/>
          </w:tcPr>
          <w:p w14:paraId="1253F8A1" w14:textId="77777777" w:rsidR="00663025" w:rsidRDefault="004943BE">
            <w:r>
              <w:br/>
            </w:r>
          </w:p>
        </w:tc>
      </w:tr>
    </w:tbl>
    <w:p w14:paraId="57CDA134" w14:textId="77777777" w:rsidR="00663025" w:rsidRDefault="00663025">
      <w:pPr>
        <w:spacing w:after="0"/>
      </w:pPr>
    </w:p>
    <w:p w14:paraId="06AE39A3" w14:textId="77777777" w:rsidR="00663025" w:rsidRDefault="004943BE">
      <w:pPr>
        <w:pStyle w:val="Overskrift1"/>
        <w:pBdr>
          <w:bottom w:val="single" w:sz="6" w:space="0" w:color="1F4E79"/>
        </w:pBdr>
        <w:spacing w:before="100" w:after="40"/>
      </w:pPr>
      <w:r>
        <w:t>3. UDDANNELSESBAGGRUND</w:t>
      </w:r>
    </w:p>
    <w:tbl>
      <w:tblPr>
        <w:tblW w:w="0" w:type="auto"/>
        <w:jc w:val="center"/>
        <w:tblBorders>
          <w:top w:val="single" w:sz="4" w:space="0" w:color="AAB8C6"/>
          <w:left w:val="single" w:sz="4" w:space="0" w:color="AAB8C6"/>
          <w:bottom w:val="single" w:sz="4" w:space="0" w:color="AAB8C6"/>
          <w:right w:val="single" w:sz="4" w:space="0" w:color="AAB8C6"/>
          <w:insideH w:val="single" w:sz="4" w:space="0" w:color="AAB8C6"/>
          <w:insideV w:val="single" w:sz="4" w:space="0" w:color="AAB8C6"/>
        </w:tblBorders>
        <w:tblLook w:val="04A0" w:firstRow="1" w:lastRow="0" w:firstColumn="1" w:lastColumn="0" w:noHBand="0" w:noVBand="1"/>
      </w:tblPr>
      <w:tblGrid>
        <w:gridCol w:w="3472"/>
        <w:gridCol w:w="3472"/>
        <w:gridCol w:w="3472"/>
      </w:tblGrid>
      <w:tr w:rsidR="00663025" w14:paraId="035C7414" w14:textId="77777777">
        <w:trPr>
          <w:jc w:val="center"/>
        </w:trPr>
        <w:tc>
          <w:tcPr>
            <w:tcW w:w="3475" w:type="dxa"/>
            <w:shd w:val="clear" w:color="auto" w:fill="EAF0F6"/>
          </w:tcPr>
          <w:p w14:paraId="64E5CB59" w14:textId="77777777" w:rsidR="00663025" w:rsidRDefault="004943BE">
            <w:proofErr w:type="spellStart"/>
            <w:r>
              <w:rPr>
                <w:b/>
              </w:rPr>
              <w:t>År</w:t>
            </w:r>
            <w:proofErr w:type="spellEnd"/>
            <w:r>
              <w:rPr>
                <w:b/>
              </w:rPr>
              <w:t xml:space="preserve"> for </w:t>
            </w:r>
            <w:proofErr w:type="spellStart"/>
            <w:r>
              <w:rPr>
                <w:b/>
              </w:rPr>
              <w:t>lærereksamen</w:t>
            </w:r>
            <w:proofErr w:type="spellEnd"/>
          </w:p>
        </w:tc>
        <w:tc>
          <w:tcPr>
            <w:tcW w:w="3475" w:type="dxa"/>
            <w:shd w:val="clear" w:color="auto" w:fill="EAF0F6"/>
          </w:tcPr>
          <w:p w14:paraId="5EB70AD1" w14:textId="77777777" w:rsidR="00663025" w:rsidRDefault="004943BE">
            <w:proofErr w:type="spellStart"/>
            <w:r>
              <w:rPr>
                <w:b/>
              </w:rPr>
              <w:t>Linjefag</w:t>
            </w:r>
            <w:proofErr w:type="spellEnd"/>
          </w:p>
        </w:tc>
        <w:tc>
          <w:tcPr>
            <w:tcW w:w="3475" w:type="dxa"/>
            <w:shd w:val="clear" w:color="auto" w:fill="EAF0F6"/>
          </w:tcPr>
          <w:p w14:paraId="2F26ECF0" w14:textId="77777777" w:rsidR="00663025" w:rsidRDefault="004943BE">
            <w:proofErr w:type="spellStart"/>
            <w:r>
              <w:rPr>
                <w:b/>
              </w:rPr>
              <w:t>Kursusbevis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hvis</w:t>
            </w:r>
            <w:proofErr w:type="spellEnd"/>
            <w:r>
              <w:rPr>
                <w:b/>
              </w:rPr>
              <w:t xml:space="preserve"> relevant)</w:t>
            </w:r>
          </w:p>
        </w:tc>
      </w:tr>
      <w:tr w:rsidR="00663025" w14:paraId="48C91C89" w14:textId="77777777">
        <w:trPr>
          <w:jc w:val="center"/>
        </w:trPr>
        <w:tc>
          <w:tcPr>
            <w:tcW w:w="3475" w:type="dxa"/>
          </w:tcPr>
          <w:p w14:paraId="0CDDE249" w14:textId="77777777" w:rsidR="00663025" w:rsidRDefault="004943BE">
            <w:r>
              <w:br/>
            </w:r>
          </w:p>
        </w:tc>
        <w:tc>
          <w:tcPr>
            <w:tcW w:w="3475" w:type="dxa"/>
          </w:tcPr>
          <w:p w14:paraId="373EB4C8" w14:textId="77777777" w:rsidR="00663025" w:rsidRDefault="004943BE">
            <w:r>
              <w:br/>
            </w:r>
          </w:p>
        </w:tc>
        <w:tc>
          <w:tcPr>
            <w:tcW w:w="3475" w:type="dxa"/>
          </w:tcPr>
          <w:p w14:paraId="7BAA2136" w14:textId="77777777" w:rsidR="00663025" w:rsidRDefault="004943BE">
            <w:r>
              <w:br/>
            </w:r>
          </w:p>
        </w:tc>
      </w:tr>
    </w:tbl>
    <w:p w14:paraId="6658A0CA" w14:textId="77777777" w:rsidR="00663025" w:rsidRDefault="00663025">
      <w:pPr>
        <w:spacing w:after="0"/>
      </w:pPr>
    </w:p>
    <w:p w14:paraId="711D4A3C" w14:textId="77777777" w:rsidR="00663025" w:rsidRDefault="004943BE">
      <w:pPr>
        <w:pStyle w:val="Overskrift1"/>
        <w:pBdr>
          <w:bottom w:val="single" w:sz="6" w:space="0" w:color="1F4E79"/>
        </w:pBdr>
        <w:spacing w:before="100" w:after="40"/>
      </w:pPr>
      <w:r>
        <w:t>4. ERFARING MED AFGANGSKLASSER</w:t>
      </w:r>
    </w:p>
    <w:tbl>
      <w:tblPr>
        <w:tblW w:w="0" w:type="auto"/>
        <w:jc w:val="center"/>
        <w:tblBorders>
          <w:top w:val="single" w:sz="4" w:space="0" w:color="AAB8C6"/>
          <w:left w:val="single" w:sz="4" w:space="0" w:color="AAB8C6"/>
          <w:bottom w:val="single" w:sz="4" w:space="0" w:color="AAB8C6"/>
          <w:right w:val="single" w:sz="4" w:space="0" w:color="AAB8C6"/>
          <w:insideH w:val="single" w:sz="4" w:space="0" w:color="AAB8C6"/>
          <w:insideV w:val="single" w:sz="4" w:space="0" w:color="AAB8C6"/>
        </w:tblBorders>
        <w:tblLook w:val="04A0" w:firstRow="1" w:lastRow="0" w:firstColumn="1" w:lastColumn="0" w:noHBand="0" w:noVBand="1"/>
      </w:tblPr>
      <w:tblGrid>
        <w:gridCol w:w="10416"/>
      </w:tblGrid>
      <w:tr w:rsidR="00663025" w:rsidRPr="003A4040" w14:paraId="586E13A1" w14:textId="77777777">
        <w:trPr>
          <w:jc w:val="center"/>
        </w:trPr>
        <w:tc>
          <w:tcPr>
            <w:tcW w:w="10426" w:type="dxa"/>
            <w:shd w:val="clear" w:color="auto" w:fill="EAF0F6"/>
          </w:tcPr>
          <w:p w14:paraId="0BB5CC5F" w14:textId="709E2825" w:rsidR="00663025" w:rsidRPr="002F5C15" w:rsidRDefault="004943BE">
            <w:pPr>
              <w:rPr>
                <w:lang w:val="da-DK"/>
              </w:rPr>
            </w:pPr>
            <w:r w:rsidRPr="002F5C15">
              <w:rPr>
                <w:b/>
                <w:lang w:val="da-DK"/>
              </w:rPr>
              <w:t xml:space="preserve">Antal afgangsklasser i </w:t>
            </w:r>
            <w:r w:rsidR="00415CA9" w:rsidRPr="002F5C15">
              <w:rPr>
                <w:b/>
                <w:lang w:val="da-DK"/>
              </w:rPr>
              <w:t>dette</w:t>
            </w:r>
            <w:r w:rsidRPr="002F5C15">
              <w:rPr>
                <w:b/>
                <w:lang w:val="da-DK"/>
              </w:rPr>
              <w:t xml:space="preserve"> skoleår</w:t>
            </w:r>
          </w:p>
        </w:tc>
      </w:tr>
      <w:tr w:rsidR="00663025" w:rsidRPr="003A4040" w14:paraId="55E6F05D" w14:textId="77777777">
        <w:trPr>
          <w:jc w:val="center"/>
        </w:trPr>
        <w:tc>
          <w:tcPr>
            <w:tcW w:w="10426" w:type="dxa"/>
          </w:tcPr>
          <w:p w14:paraId="11F3ED65" w14:textId="77777777" w:rsidR="00663025" w:rsidRPr="002F5C15" w:rsidRDefault="004943BE">
            <w:pPr>
              <w:rPr>
                <w:lang w:val="da-DK"/>
              </w:rPr>
            </w:pPr>
            <w:r w:rsidRPr="002F5C15">
              <w:rPr>
                <w:lang w:val="da-DK"/>
              </w:rPr>
              <w:br/>
            </w:r>
          </w:p>
        </w:tc>
      </w:tr>
    </w:tbl>
    <w:p w14:paraId="17A0143A" w14:textId="77777777" w:rsidR="00663025" w:rsidRPr="002F5C15" w:rsidRDefault="00663025">
      <w:pPr>
        <w:spacing w:after="0"/>
        <w:rPr>
          <w:lang w:val="da-DK"/>
        </w:rPr>
      </w:pPr>
    </w:p>
    <w:p w14:paraId="7334B2E2" w14:textId="77777777" w:rsidR="00663025" w:rsidRDefault="004943BE">
      <w:pPr>
        <w:pStyle w:val="Overskrift1"/>
        <w:pBdr>
          <w:bottom w:val="single" w:sz="6" w:space="0" w:color="1F4E79"/>
        </w:pBdr>
        <w:spacing w:before="100" w:after="40"/>
      </w:pPr>
      <w:r>
        <w:t>5. ØNSKE OM CENSORFUNKTION</w:t>
      </w:r>
    </w:p>
    <w:tbl>
      <w:tblPr>
        <w:tblW w:w="0" w:type="auto"/>
        <w:tblBorders>
          <w:top w:val="single" w:sz="4" w:space="0" w:color="AAB8C6"/>
          <w:left w:val="single" w:sz="4" w:space="0" w:color="AAB8C6"/>
          <w:bottom w:val="single" w:sz="4" w:space="0" w:color="AAB8C6"/>
          <w:right w:val="single" w:sz="4" w:space="0" w:color="AAB8C6"/>
          <w:insideH w:val="single" w:sz="4" w:space="0" w:color="AAB8C6"/>
          <w:insideV w:val="single" w:sz="4" w:space="0" w:color="AAB8C6"/>
        </w:tblBorders>
        <w:tblLook w:val="04A0" w:firstRow="1" w:lastRow="0" w:firstColumn="1" w:lastColumn="0" w:noHBand="0" w:noVBand="1"/>
      </w:tblPr>
      <w:tblGrid>
        <w:gridCol w:w="3472"/>
        <w:gridCol w:w="3472"/>
        <w:gridCol w:w="3472"/>
      </w:tblGrid>
      <w:tr w:rsidR="00663025" w14:paraId="685655EA" w14:textId="77777777">
        <w:tc>
          <w:tcPr>
            <w:tcW w:w="3475" w:type="dxa"/>
            <w:shd w:val="clear" w:color="auto" w:fill="F4F7FA"/>
          </w:tcPr>
          <w:p w14:paraId="47BF82AF" w14:textId="77777777" w:rsidR="00663025" w:rsidRDefault="004943BE">
            <w:r>
              <w:t xml:space="preserve">☐ </w:t>
            </w:r>
            <w:proofErr w:type="spellStart"/>
            <w:r>
              <w:t>Skriftlig</w:t>
            </w:r>
            <w:proofErr w:type="spellEnd"/>
            <w:r>
              <w:t xml:space="preserve"> censor</w:t>
            </w:r>
          </w:p>
        </w:tc>
        <w:tc>
          <w:tcPr>
            <w:tcW w:w="3475" w:type="dxa"/>
            <w:shd w:val="clear" w:color="auto" w:fill="F4F7FA"/>
          </w:tcPr>
          <w:p w14:paraId="190553B6" w14:textId="77777777" w:rsidR="00663025" w:rsidRDefault="004943BE">
            <w:r>
              <w:t xml:space="preserve">☐ </w:t>
            </w:r>
            <w:proofErr w:type="spellStart"/>
            <w:r>
              <w:t>Mundtlig</w:t>
            </w:r>
            <w:proofErr w:type="spellEnd"/>
            <w:r>
              <w:t xml:space="preserve"> censor</w:t>
            </w:r>
          </w:p>
        </w:tc>
        <w:tc>
          <w:tcPr>
            <w:tcW w:w="3475" w:type="dxa"/>
            <w:shd w:val="clear" w:color="auto" w:fill="F4F7FA"/>
          </w:tcPr>
          <w:p w14:paraId="7C692250" w14:textId="77777777" w:rsidR="00663025" w:rsidRDefault="004943BE">
            <w:r>
              <w:t xml:space="preserve">☐ </w:t>
            </w:r>
            <w:proofErr w:type="spellStart"/>
            <w:r>
              <w:t>Begge</w:t>
            </w:r>
            <w:proofErr w:type="spellEnd"/>
            <w:r>
              <w:t xml:space="preserve"> </w:t>
            </w:r>
            <w:proofErr w:type="spellStart"/>
            <w:r>
              <w:t>funktioner</w:t>
            </w:r>
            <w:proofErr w:type="spellEnd"/>
          </w:p>
        </w:tc>
      </w:tr>
      <w:tr w:rsidR="00415CA9" w14:paraId="5B118D95" w14:textId="77777777">
        <w:tc>
          <w:tcPr>
            <w:tcW w:w="3475" w:type="dxa"/>
            <w:shd w:val="clear" w:color="auto" w:fill="F4F7FA"/>
          </w:tcPr>
          <w:p w14:paraId="2174467C" w14:textId="77777777" w:rsidR="00415CA9" w:rsidRDefault="00415CA9"/>
        </w:tc>
        <w:tc>
          <w:tcPr>
            <w:tcW w:w="3475" w:type="dxa"/>
            <w:shd w:val="clear" w:color="auto" w:fill="F4F7FA"/>
          </w:tcPr>
          <w:p w14:paraId="04C0B421" w14:textId="77777777" w:rsidR="00415CA9" w:rsidRDefault="00415CA9"/>
        </w:tc>
        <w:tc>
          <w:tcPr>
            <w:tcW w:w="3475" w:type="dxa"/>
            <w:shd w:val="clear" w:color="auto" w:fill="F4F7FA"/>
          </w:tcPr>
          <w:p w14:paraId="6FCB087D" w14:textId="77777777" w:rsidR="00415CA9" w:rsidRDefault="00415CA9"/>
        </w:tc>
      </w:tr>
    </w:tbl>
    <w:p w14:paraId="532ADFC7" w14:textId="77777777" w:rsidR="00663025" w:rsidRDefault="004943BE">
      <w:pPr>
        <w:pBdr>
          <w:bottom w:val="single" w:sz="12" w:space="1" w:color="auto"/>
        </w:pBdr>
      </w:pPr>
      <w:proofErr w:type="spellStart"/>
      <w:r>
        <w:rPr>
          <w:b/>
        </w:rPr>
        <w:t>Eventuelle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bemærkninger</w:t>
      </w:r>
      <w:proofErr w:type="spellEnd"/>
      <w:r>
        <w:rPr>
          <w:b/>
        </w:rPr>
        <w:t>:</w:t>
      </w:r>
    </w:p>
    <w:p w14:paraId="6C8FBC0F" w14:textId="77777777" w:rsidR="002F5C15" w:rsidRDefault="002F5C15"/>
    <w:p w14:paraId="2ED7B31B" w14:textId="2018A572" w:rsidR="00663025" w:rsidRDefault="002F5C15">
      <w:r>
        <w:t>________________________________________________________________________________________________________</w:t>
      </w:r>
    </w:p>
    <w:p w14:paraId="6C9A2A2A" w14:textId="77777777" w:rsidR="002F5C15" w:rsidRDefault="002F5C15"/>
    <w:p w14:paraId="5FBFE20D" w14:textId="5F500428" w:rsidR="003A4040" w:rsidRPr="003A4040" w:rsidRDefault="003A4040" w:rsidP="003A4040">
      <w:pPr>
        <w:tabs>
          <w:tab w:val="left" w:pos="5925"/>
        </w:tabs>
      </w:pPr>
      <w:r>
        <w:tab/>
      </w:r>
    </w:p>
    <w:p w14:paraId="23FED62C" w14:textId="77777777" w:rsidR="00663025" w:rsidRDefault="004943BE">
      <w:pPr>
        <w:pStyle w:val="Overskrift1"/>
        <w:pBdr>
          <w:bottom w:val="single" w:sz="6" w:space="0" w:color="1F4E79"/>
        </w:pBdr>
        <w:spacing w:before="100" w:after="40"/>
      </w:pPr>
      <w:r>
        <w:lastRenderedPageBreak/>
        <w:t>6. MOTIVATION FOR ANSØGNING</w:t>
      </w:r>
    </w:p>
    <w:p w14:paraId="026B14C7" w14:textId="77777777" w:rsidR="00663025" w:rsidRDefault="004943BE">
      <w:r w:rsidRPr="002F5C15">
        <w:rPr>
          <w:lang w:val="da-DK"/>
        </w:rPr>
        <w:t xml:space="preserve">Hvorfor ønsker du at være censor? </w:t>
      </w:r>
      <w:r>
        <w:t>(</w:t>
      </w:r>
      <w:proofErr w:type="spellStart"/>
      <w:r>
        <w:t>Skriv</w:t>
      </w:r>
      <w:proofErr w:type="spellEnd"/>
      <w:r>
        <w:t xml:space="preserve"> </w:t>
      </w:r>
      <w:proofErr w:type="spellStart"/>
      <w:r>
        <w:t>kort</w:t>
      </w:r>
      <w:proofErr w:type="spellEnd"/>
      <w:r>
        <w:t>)</w:t>
      </w:r>
    </w:p>
    <w:p w14:paraId="6108D202" w14:textId="38E7A895" w:rsidR="00663025" w:rsidRDefault="004943BE">
      <w:r>
        <w:t>________________________________________________________________________________</w:t>
      </w:r>
      <w:r w:rsidR="00415CA9">
        <w:t>_______________________</w:t>
      </w:r>
    </w:p>
    <w:p w14:paraId="47EE0086" w14:textId="77777777" w:rsidR="00663025" w:rsidRDefault="004943BE">
      <w:pPr>
        <w:pStyle w:val="Overskrift1"/>
        <w:pBdr>
          <w:bottom w:val="single" w:sz="6" w:space="0" w:color="1F4E79"/>
        </w:pBdr>
        <w:spacing w:before="100" w:after="40"/>
      </w:pPr>
      <w:r>
        <w:t>7. SKOLELEDERENS UDTALELSE</w:t>
      </w:r>
    </w:p>
    <w:tbl>
      <w:tblPr>
        <w:tblW w:w="0" w:type="auto"/>
        <w:jc w:val="center"/>
        <w:tblBorders>
          <w:top w:val="single" w:sz="4" w:space="0" w:color="AAB8C6"/>
          <w:left w:val="single" w:sz="4" w:space="0" w:color="AAB8C6"/>
          <w:bottom w:val="single" w:sz="4" w:space="0" w:color="AAB8C6"/>
          <w:right w:val="single" w:sz="4" w:space="0" w:color="AAB8C6"/>
          <w:insideH w:val="single" w:sz="4" w:space="0" w:color="AAB8C6"/>
          <w:insideV w:val="single" w:sz="4" w:space="0" w:color="AAB8C6"/>
        </w:tblBorders>
        <w:tblLook w:val="04A0" w:firstRow="1" w:lastRow="0" w:firstColumn="1" w:lastColumn="0" w:noHBand="0" w:noVBand="1"/>
      </w:tblPr>
      <w:tblGrid>
        <w:gridCol w:w="10416"/>
      </w:tblGrid>
      <w:tr w:rsidR="00663025" w14:paraId="0C5CD28E" w14:textId="77777777">
        <w:trPr>
          <w:jc w:val="center"/>
        </w:trPr>
        <w:tc>
          <w:tcPr>
            <w:tcW w:w="10426" w:type="dxa"/>
            <w:shd w:val="clear" w:color="auto" w:fill="EAF0F6"/>
          </w:tcPr>
          <w:p w14:paraId="1097030D" w14:textId="77777777" w:rsidR="00663025" w:rsidRDefault="004943BE">
            <w:proofErr w:type="spellStart"/>
            <w:r>
              <w:rPr>
                <w:b/>
              </w:rPr>
              <w:t>Skolelederens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navn</w:t>
            </w:r>
            <w:proofErr w:type="spellEnd"/>
          </w:p>
        </w:tc>
      </w:tr>
      <w:tr w:rsidR="00663025" w14:paraId="6EC4A3C1" w14:textId="77777777">
        <w:trPr>
          <w:jc w:val="center"/>
        </w:trPr>
        <w:tc>
          <w:tcPr>
            <w:tcW w:w="10426" w:type="dxa"/>
          </w:tcPr>
          <w:p w14:paraId="60065A57" w14:textId="77777777" w:rsidR="00663025" w:rsidRDefault="004943BE">
            <w:r>
              <w:br/>
            </w:r>
          </w:p>
        </w:tc>
      </w:tr>
    </w:tbl>
    <w:p w14:paraId="08CB0F63" w14:textId="77777777" w:rsidR="00663025" w:rsidRDefault="00663025">
      <w:pPr>
        <w:spacing w:after="0"/>
      </w:pPr>
    </w:p>
    <w:p w14:paraId="711A0E92" w14:textId="77777777" w:rsidR="00663025" w:rsidRDefault="004943BE">
      <w:proofErr w:type="spellStart"/>
      <w:r>
        <w:rPr>
          <w:b/>
        </w:rPr>
        <w:t>Udtalelse</w:t>
      </w:r>
      <w:proofErr w:type="spellEnd"/>
      <w:r>
        <w:rPr>
          <w:b/>
        </w:rPr>
        <w:t>:</w:t>
      </w:r>
    </w:p>
    <w:p w14:paraId="0FADED6E" w14:textId="77777777" w:rsidR="00663025" w:rsidRDefault="004943BE">
      <w:r>
        <w:t>________________________________________________________________________________</w:t>
      </w:r>
    </w:p>
    <w:p w14:paraId="1E7A4824" w14:textId="77777777" w:rsidR="00663025" w:rsidRDefault="004943BE">
      <w:r>
        <w:t>________________________________________________________________________________</w:t>
      </w:r>
    </w:p>
    <w:p w14:paraId="542E42E0" w14:textId="77777777" w:rsidR="00663025" w:rsidRDefault="004943BE">
      <w:pPr>
        <w:pStyle w:val="Overskrift1"/>
        <w:pBdr>
          <w:bottom w:val="single" w:sz="6" w:space="0" w:color="1F4E79"/>
        </w:pBdr>
        <w:spacing w:before="100" w:after="40"/>
      </w:pPr>
      <w:r>
        <w:t>8. UNDERSKRIFTER</w:t>
      </w:r>
    </w:p>
    <w:tbl>
      <w:tblPr>
        <w:tblW w:w="0" w:type="auto"/>
        <w:jc w:val="center"/>
        <w:tblBorders>
          <w:top w:val="single" w:sz="4" w:space="0" w:color="AAB8C6"/>
          <w:left w:val="single" w:sz="4" w:space="0" w:color="AAB8C6"/>
          <w:bottom w:val="single" w:sz="4" w:space="0" w:color="AAB8C6"/>
          <w:right w:val="single" w:sz="4" w:space="0" w:color="AAB8C6"/>
          <w:insideH w:val="single" w:sz="4" w:space="0" w:color="AAB8C6"/>
          <w:insideV w:val="single" w:sz="4" w:space="0" w:color="AAB8C6"/>
        </w:tblBorders>
        <w:tblLook w:val="04A0" w:firstRow="1" w:lastRow="0" w:firstColumn="1" w:lastColumn="0" w:noHBand="0" w:noVBand="1"/>
      </w:tblPr>
      <w:tblGrid>
        <w:gridCol w:w="5208"/>
        <w:gridCol w:w="5208"/>
      </w:tblGrid>
      <w:tr w:rsidR="00663025" w14:paraId="60CB24A8" w14:textId="77777777">
        <w:trPr>
          <w:jc w:val="center"/>
        </w:trPr>
        <w:tc>
          <w:tcPr>
            <w:tcW w:w="5213" w:type="dxa"/>
            <w:shd w:val="clear" w:color="auto" w:fill="EAF0F6"/>
          </w:tcPr>
          <w:p w14:paraId="0DC87541" w14:textId="77777777" w:rsidR="00663025" w:rsidRDefault="004943BE">
            <w:r>
              <w:rPr>
                <w:b/>
              </w:rPr>
              <w:t xml:space="preserve">Ansøgerens </w:t>
            </w:r>
            <w:proofErr w:type="spellStart"/>
            <w:r>
              <w:rPr>
                <w:b/>
              </w:rPr>
              <w:t>underskrift</w:t>
            </w:r>
            <w:proofErr w:type="spellEnd"/>
          </w:p>
        </w:tc>
        <w:tc>
          <w:tcPr>
            <w:tcW w:w="5213" w:type="dxa"/>
            <w:shd w:val="clear" w:color="auto" w:fill="EAF0F6"/>
          </w:tcPr>
          <w:p w14:paraId="5E46E4FA" w14:textId="77777777" w:rsidR="00663025" w:rsidRDefault="004943BE">
            <w:r>
              <w:rPr>
                <w:b/>
              </w:rPr>
              <w:t>Dato</w:t>
            </w:r>
          </w:p>
        </w:tc>
      </w:tr>
      <w:tr w:rsidR="00663025" w14:paraId="1213FAFB" w14:textId="77777777">
        <w:trPr>
          <w:jc w:val="center"/>
        </w:trPr>
        <w:tc>
          <w:tcPr>
            <w:tcW w:w="5213" w:type="dxa"/>
          </w:tcPr>
          <w:p w14:paraId="6C4A3910" w14:textId="77777777" w:rsidR="00663025" w:rsidRDefault="004943BE">
            <w:r>
              <w:br/>
            </w:r>
          </w:p>
        </w:tc>
        <w:tc>
          <w:tcPr>
            <w:tcW w:w="5213" w:type="dxa"/>
          </w:tcPr>
          <w:p w14:paraId="767C1A90" w14:textId="77777777" w:rsidR="00663025" w:rsidRDefault="004943BE">
            <w:r>
              <w:br/>
            </w:r>
          </w:p>
        </w:tc>
      </w:tr>
    </w:tbl>
    <w:p w14:paraId="23901B9E" w14:textId="77777777" w:rsidR="00663025" w:rsidRDefault="00663025">
      <w:pPr>
        <w:spacing w:after="0"/>
      </w:pPr>
    </w:p>
    <w:tbl>
      <w:tblPr>
        <w:tblW w:w="0" w:type="auto"/>
        <w:jc w:val="center"/>
        <w:tblBorders>
          <w:top w:val="single" w:sz="4" w:space="0" w:color="AAB8C6"/>
          <w:left w:val="single" w:sz="4" w:space="0" w:color="AAB8C6"/>
          <w:bottom w:val="single" w:sz="4" w:space="0" w:color="AAB8C6"/>
          <w:right w:val="single" w:sz="4" w:space="0" w:color="AAB8C6"/>
          <w:insideH w:val="single" w:sz="4" w:space="0" w:color="AAB8C6"/>
          <w:insideV w:val="single" w:sz="4" w:space="0" w:color="AAB8C6"/>
        </w:tblBorders>
        <w:tblLook w:val="04A0" w:firstRow="1" w:lastRow="0" w:firstColumn="1" w:lastColumn="0" w:noHBand="0" w:noVBand="1"/>
      </w:tblPr>
      <w:tblGrid>
        <w:gridCol w:w="5208"/>
        <w:gridCol w:w="5208"/>
      </w:tblGrid>
      <w:tr w:rsidR="00663025" w14:paraId="6A577DD7" w14:textId="77777777">
        <w:trPr>
          <w:jc w:val="center"/>
        </w:trPr>
        <w:tc>
          <w:tcPr>
            <w:tcW w:w="5213" w:type="dxa"/>
            <w:shd w:val="clear" w:color="auto" w:fill="EAF0F6"/>
          </w:tcPr>
          <w:p w14:paraId="6A804B39" w14:textId="77777777" w:rsidR="00663025" w:rsidRDefault="004943BE">
            <w:proofErr w:type="spellStart"/>
            <w:r>
              <w:rPr>
                <w:b/>
              </w:rPr>
              <w:t>Skolelederens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underskrift</w:t>
            </w:r>
            <w:proofErr w:type="spellEnd"/>
          </w:p>
        </w:tc>
        <w:tc>
          <w:tcPr>
            <w:tcW w:w="5213" w:type="dxa"/>
            <w:shd w:val="clear" w:color="auto" w:fill="EAF0F6"/>
          </w:tcPr>
          <w:p w14:paraId="56D2A6D8" w14:textId="77777777" w:rsidR="00663025" w:rsidRDefault="004943BE">
            <w:r>
              <w:rPr>
                <w:b/>
              </w:rPr>
              <w:t>Dato</w:t>
            </w:r>
          </w:p>
        </w:tc>
      </w:tr>
      <w:tr w:rsidR="00663025" w14:paraId="3D3E2C3B" w14:textId="77777777">
        <w:trPr>
          <w:jc w:val="center"/>
        </w:trPr>
        <w:tc>
          <w:tcPr>
            <w:tcW w:w="5213" w:type="dxa"/>
          </w:tcPr>
          <w:p w14:paraId="398384FC" w14:textId="77777777" w:rsidR="00663025" w:rsidRDefault="004943BE">
            <w:r>
              <w:br/>
            </w:r>
          </w:p>
        </w:tc>
        <w:tc>
          <w:tcPr>
            <w:tcW w:w="5213" w:type="dxa"/>
          </w:tcPr>
          <w:p w14:paraId="05919643" w14:textId="77777777" w:rsidR="00663025" w:rsidRDefault="004943BE">
            <w:r>
              <w:br/>
            </w:r>
          </w:p>
        </w:tc>
      </w:tr>
    </w:tbl>
    <w:p w14:paraId="1533AD80" w14:textId="77777777" w:rsidR="00663025" w:rsidRDefault="00663025">
      <w:pPr>
        <w:spacing w:after="0"/>
      </w:pPr>
    </w:p>
    <w:p w14:paraId="42253E93" w14:textId="56F644CC" w:rsidR="00663025" w:rsidRDefault="00663025"/>
    <w:p w14:paraId="74013A24" w14:textId="77777777" w:rsidR="002F5C15" w:rsidRDefault="002F5C15"/>
    <w:tbl>
      <w:tblPr>
        <w:tblW w:w="0" w:type="auto"/>
        <w:tblBorders>
          <w:top w:val="single" w:sz="4" w:space="0" w:color="AAB8C6"/>
          <w:left w:val="single" w:sz="4" w:space="0" w:color="AAB8C6"/>
          <w:bottom w:val="single" w:sz="4" w:space="0" w:color="AAB8C6"/>
          <w:right w:val="single" w:sz="4" w:space="0" w:color="AAB8C6"/>
          <w:insideH w:val="single" w:sz="4" w:space="0" w:color="AAB8C6"/>
          <w:insideV w:val="single" w:sz="4" w:space="0" w:color="AAB8C6"/>
        </w:tblBorders>
        <w:tblLook w:val="04A0" w:firstRow="1" w:lastRow="0" w:firstColumn="1" w:lastColumn="0" w:noHBand="0" w:noVBand="1"/>
      </w:tblPr>
      <w:tblGrid>
        <w:gridCol w:w="10416"/>
      </w:tblGrid>
      <w:tr w:rsidR="00663025" w:rsidRPr="003A4040" w14:paraId="56398F87" w14:textId="77777777">
        <w:tc>
          <w:tcPr>
            <w:tcW w:w="10426" w:type="dxa"/>
            <w:shd w:val="clear" w:color="auto" w:fill="EAF0F6"/>
          </w:tcPr>
          <w:p w14:paraId="29DE74F4" w14:textId="77777777" w:rsidR="00663025" w:rsidRPr="002F5C15" w:rsidRDefault="004943BE">
            <w:pPr>
              <w:rPr>
                <w:lang w:val="da-DK"/>
              </w:rPr>
            </w:pPr>
            <w:r w:rsidRPr="002F5C15">
              <w:rPr>
                <w:b/>
                <w:lang w:val="da-DK"/>
              </w:rPr>
              <w:t>ADMINISTRATIVT FELT – udfyldes af Prøvekontoret</w:t>
            </w:r>
          </w:p>
        </w:tc>
      </w:tr>
      <w:tr w:rsidR="00663025" w:rsidRPr="003A4040" w14:paraId="43D504EB" w14:textId="77777777">
        <w:tc>
          <w:tcPr>
            <w:tcW w:w="10426" w:type="dxa"/>
          </w:tcPr>
          <w:p w14:paraId="3D24D62C" w14:textId="77777777" w:rsidR="00415CA9" w:rsidRDefault="00415CA9">
            <w:pPr>
              <w:rPr>
                <w:lang w:val="da-DK"/>
              </w:rPr>
            </w:pPr>
          </w:p>
          <w:p w14:paraId="7944148B" w14:textId="2A3B39CA" w:rsidR="00663025" w:rsidRPr="002F5C15" w:rsidRDefault="004943BE">
            <w:pPr>
              <w:rPr>
                <w:lang w:val="da-DK"/>
              </w:rPr>
            </w:pPr>
            <w:r w:rsidRPr="002F5C15">
              <w:rPr>
                <w:lang w:val="da-DK"/>
              </w:rPr>
              <w:t>Modtaget dato: ____________________    Registreret af: ____________________    Bemærkninger: ____________________</w:t>
            </w:r>
          </w:p>
        </w:tc>
      </w:tr>
    </w:tbl>
    <w:p w14:paraId="0D743AE7" w14:textId="77777777" w:rsidR="002F5C15" w:rsidRDefault="002F5C15" w:rsidP="002F5C15">
      <w:pPr>
        <w:rPr>
          <w:sz w:val="16"/>
          <w:szCs w:val="16"/>
          <w:lang w:val="kl-GL"/>
        </w:rPr>
      </w:pPr>
    </w:p>
    <w:p w14:paraId="736A9F76" w14:textId="77777777" w:rsidR="002F5C15" w:rsidRDefault="002F5C15" w:rsidP="002F5C15">
      <w:pPr>
        <w:rPr>
          <w:sz w:val="16"/>
          <w:szCs w:val="16"/>
          <w:lang w:val="kl-GL"/>
        </w:rPr>
      </w:pPr>
    </w:p>
    <w:p w14:paraId="3BDC80EA" w14:textId="280F70E4" w:rsidR="002F5C15" w:rsidRPr="002F5C15" w:rsidRDefault="002F5C15" w:rsidP="002F5C15">
      <w:pPr>
        <w:rPr>
          <w:sz w:val="16"/>
          <w:szCs w:val="16"/>
          <w:lang w:val="kl-GL"/>
        </w:rPr>
      </w:pPr>
      <w:r w:rsidRPr="002F5C15">
        <w:rPr>
          <w:sz w:val="16"/>
          <w:szCs w:val="16"/>
          <w:lang w:val="kl-GL"/>
        </w:rPr>
        <w:t>Uddannelsesstyrelsen behandler de oplysninger, der afgives i forbindelse med tilmelding som censor, med henblik på administration og planlægning af censorvirksomhed ved folkeskolens afgangsprøver.</w:t>
      </w:r>
    </w:p>
    <w:p w14:paraId="5F8ADFB0" w14:textId="77777777" w:rsidR="002F5C15" w:rsidRPr="002F5C15" w:rsidRDefault="002F5C15" w:rsidP="002F5C15">
      <w:pPr>
        <w:rPr>
          <w:sz w:val="16"/>
          <w:szCs w:val="16"/>
          <w:lang w:val="kl-GL"/>
        </w:rPr>
      </w:pPr>
      <w:r w:rsidRPr="002F5C15">
        <w:rPr>
          <w:sz w:val="16"/>
          <w:szCs w:val="16"/>
          <w:lang w:val="kl-GL"/>
        </w:rPr>
        <w:t>Oplysningerne opbevares efter Uddannelsesstyrelsens gældende regler og procedurer. Ved spørgsmål om behandlingen af personoplysninger kan Uddannelsesstyrelsen kontaktes.</w:t>
      </w:r>
    </w:p>
    <w:p w14:paraId="5E2A7EEA" w14:textId="77777777" w:rsidR="004943BE" w:rsidRPr="002F5C15" w:rsidRDefault="004943BE">
      <w:pPr>
        <w:rPr>
          <w:lang w:val="da-DK"/>
        </w:rPr>
      </w:pPr>
    </w:p>
    <w:sectPr w:rsidR="004943BE" w:rsidRPr="002F5C15" w:rsidSect="00034616">
      <w:footerReference w:type="default" r:id="rId8"/>
      <w:pgSz w:w="12240" w:h="15840"/>
      <w:pgMar w:top="794" w:right="907" w:bottom="737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192CF3" w14:textId="77777777" w:rsidR="002E69AD" w:rsidRDefault="002E69AD">
      <w:pPr>
        <w:spacing w:after="0" w:line="240" w:lineRule="auto"/>
      </w:pPr>
      <w:r>
        <w:separator/>
      </w:r>
    </w:p>
  </w:endnote>
  <w:endnote w:type="continuationSeparator" w:id="0">
    <w:p w14:paraId="092B0D11" w14:textId="77777777" w:rsidR="002E69AD" w:rsidRDefault="002E69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CFB78" w14:textId="5740D98E" w:rsidR="00663025" w:rsidRDefault="003A4040">
    <w:pPr>
      <w:pStyle w:val="Sidefod"/>
      <w:jc w:val="center"/>
    </w:pPr>
    <w:r>
      <w:rPr>
        <w:color w:val="687786"/>
        <w:sz w:val="16"/>
      </w:rPr>
      <w:t>PRØVEKONTORET</w:t>
    </w:r>
    <w:r>
      <w:rPr>
        <w:color w:val="687786"/>
        <w:sz w:val="16"/>
      </w:rPr>
      <w:t xml:space="preserve"> i</w:t>
    </w:r>
    <w:r>
      <w:rPr>
        <w:color w:val="687786"/>
        <w:sz w:val="16"/>
      </w:rPr>
      <w:t xml:space="preserve"> </w:t>
    </w:r>
    <w:r w:rsidR="004943BE">
      <w:rPr>
        <w:color w:val="687786"/>
        <w:sz w:val="16"/>
      </w:rPr>
      <w:t xml:space="preserve">UDDANNELSESSTYRELSEN   </w:t>
    </w:r>
    <w:proofErr w:type="gramStart"/>
    <w:r w:rsidR="004943BE">
      <w:rPr>
        <w:color w:val="687786"/>
        <w:sz w:val="16"/>
      </w:rPr>
      <w:t>•  TILMELDINGSBLANKET</w:t>
    </w:r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435167" w14:textId="77777777" w:rsidR="002E69AD" w:rsidRDefault="002E69AD">
      <w:pPr>
        <w:spacing w:after="0" w:line="240" w:lineRule="auto"/>
      </w:pPr>
      <w:r>
        <w:separator/>
      </w:r>
    </w:p>
  </w:footnote>
  <w:footnote w:type="continuationSeparator" w:id="0">
    <w:p w14:paraId="5E3446A8" w14:textId="77777777" w:rsidR="002E69AD" w:rsidRDefault="002E69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Opstilling-talellerbogs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Opstilling-talellerbogs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Opstilling-punktteg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Opstilling-punktteg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16225290">
    <w:abstractNumId w:val="8"/>
  </w:num>
  <w:num w:numId="2" w16cid:durableId="1288319473">
    <w:abstractNumId w:val="6"/>
  </w:num>
  <w:num w:numId="3" w16cid:durableId="1039935225">
    <w:abstractNumId w:val="5"/>
  </w:num>
  <w:num w:numId="4" w16cid:durableId="1998268631">
    <w:abstractNumId w:val="4"/>
  </w:num>
  <w:num w:numId="5" w16cid:durableId="1532962471">
    <w:abstractNumId w:val="7"/>
  </w:num>
  <w:num w:numId="6" w16cid:durableId="290015528">
    <w:abstractNumId w:val="3"/>
  </w:num>
  <w:num w:numId="7" w16cid:durableId="639067958">
    <w:abstractNumId w:val="2"/>
  </w:num>
  <w:num w:numId="8" w16cid:durableId="1814372066">
    <w:abstractNumId w:val="1"/>
  </w:num>
  <w:num w:numId="9" w16cid:durableId="10891545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E2D34"/>
    <w:rsid w:val="002E62F5"/>
    <w:rsid w:val="002E69AD"/>
    <w:rsid w:val="002F5C15"/>
    <w:rsid w:val="00326F90"/>
    <w:rsid w:val="003A4040"/>
    <w:rsid w:val="00407B61"/>
    <w:rsid w:val="00415CA9"/>
    <w:rsid w:val="004943BE"/>
    <w:rsid w:val="00642757"/>
    <w:rsid w:val="00653AA3"/>
    <w:rsid w:val="00663025"/>
    <w:rsid w:val="006E2716"/>
    <w:rsid w:val="00772CCF"/>
    <w:rsid w:val="007B0895"/>
    <w:rsid w:val="009A3A2E"/>
    <w:rsid w:val="00AA1D8D"/>
    <w:rsid w:val="00B47730"/>
    <w:rsid w:val="00CA4AF8"/>
    <w:rsid w:val="00CB0664"/>
    <w:rsid w:val="00E3693A"/>
    <w:rsid w:val="00E4181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DC4AEE"/>
  <w14:defaultImageDpi w14:val="300"/>
  <w15:docId w15:val="{45F6B105-BC58-4C63-A939-B69F00DA2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4E79"/>
      <w:sz w:val="20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F4E79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618BF"/>
  </w:style>
  <w:style w:type="paragraph" w:styleId="Sidefod">
    <w:name w:val="footer"/>
    <w:basedOn w:val="Normal"/>
    <w:link w:val="Sidefod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618BF"/>
  </w:style>
  <w:style w:type="paragraph" w:styleId="Ing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Normal"/>
    <w:next w:val="Normal"/>
    <w:link w:val="TitelTeg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afsnit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kst">
    <w:name w:val="Body Text"/>
    <w:basedOn w:val="Normal"/>
    <w:link w:val="BrdtekstTegn"/>
    <w:uiPriority w:val="99"/>
    <w:unhideWhenUsed/>
    <w:rsid w:val="00AA1D8D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rsid w:val="00AA1D8D"/>
  </w:style>
  <w:style w:type="paragraph" w:styleId="Brdtekst2">
    <w:name w:val="Body Text 2"/>
    <w:basedOn w:val="Normal"/>
    <w:link w:val="Brdtekst2Tegn"/>
    <w:uiPriority w:val="99"/>
    <w:unhideWhenUsed/>
    <w:rsid w:val="00AA1D8D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rsid w:val="00AA1D8D"/>
  </w:style>
  <w:style w:type="paragraph" w:styleId="Brdtekst3">
    <w:name w:val="Body Text 3"/>
    <w:basedOn w:val="Normal"/>
    <w:link w:val="Brdtekst3Teg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Opstilling-punkttegn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Opstilling-punkttegn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Opstilling-punkttegn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Opstilling-talellerbogs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Opstilling-talellerbogs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Opstilling-talellerbogs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Opstilling-forts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Opstilling-forts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Opstilling-forts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kst">
    <w:name w:val="macro"/>
    <w:link w:val="MakrotekstTeg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Tegn">
    <w:name w:val="Makrotekst Tegn"/>
    <w:basedOn w:val="Standardskrifttypeiafsni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Tegn"/>
    <w:uiPriority w:val="29"/>
    <w:qFormat/>
    <w:rsid w:val="00FC693F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29"/>
    <w:rsid w:val="00FC693F"/>
    <w:rPr>
      <w:i/>
      <w:iCs/>
      <w:color w:val="000000" w:themeColor="text1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lledtekst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k">
    <w:name w:val="Strong"/>
    <w:basedOn w:val="Standardskrifttypeiafsnit"/>
    <w:uiPriority w:val="22"/>
    <w:qFormat/>
    <w:rsid w:val="00FC693F"/>
    <w:rPr>
      <w:b/>
      <w:bCs/>
    </w:rPr>
  </w:style>
  <w:style w:type="character" w:styleId="Fremhv">
    <w:name w:val="Emphasis"/>
    <w:basedOn w:val="Standardskrifttypeiafsnit"/>
    <w:uiPriority w:val="20"/>
    <w:qFormat/>
    <w:rsid w:val="00FC693F"/>
    <w:rPr>
      <w:i/>
      <w:iCs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FC693F"/>
    <w:rPr>
      <w:b/>
      <w:bCs/>
      <w:i/>
      <w:iCs/>
      <w:color w:val="4F81BD" w:themeColor="accent1"/>
    </w:rPr>
  </w:style>
  <w:style w:type="character" w:styleId="Svagfremhvning">
    <w:name w:val="Subtle Emphasis"/>
    <w:basedOn w:val="Standardskrifttypeiafsnit"/>
    <w:uiPriority w:val="19"/>
    <w:qFormat/>
    <w:rsid w:val="00FC693F"/>
    <w:rPr>
      <w:i/>
      <w:iCs/>
      <w:color w:val="808080" w:themeColor="text1" w:themeTint="7F"/>
    </w:rPr>
  </w:style>
  <w:style w:type="character" w:styleId="Kraftigfremhvning">
    <w:name w:val="Intense Emphasis"/>
    <w:basedOn w:val="Standardskrifttypeiafsnit"/>
    <w:uiPriority w:val="21"/>
    <w:qFormat/>
    <w:rsid w:val="00FC693F"/>
    <w:rPr>
      <w:b/>
      <w:bCs/>
      <w:i/>
      <w:iCs/>
      <w:color w:val="4F81BD" w:themeColor="accent1"/>
    </w:rPr>
  </w:style>
  <w:style w:type="character" w:styleId="Svaghenvisning">
    <w:name w:val="Subtle Reference"/>
    <w:basedOn w:val="Standardskrifttypeiafsnit"/>
    <w:uiPriority w:val="31"/>
    <w:qFormat/>
    <w:rsid w:val="00FC693F"/>
    <w:rPr>
      <w:smallCaps/>
      <w:color w:val="C0504D" w:themeColor="accent2"/>
      <w:u w:val="single"/>
    </w:rPr>
  </w:style>
  <w:style w:type="character" w:styleId="Kraftighenvisning">
    <w:name w:val="Intense Reference"/>
    <w:basedOn w:val="Standardskrifttypeiafsn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genstitel">
    <w:name w:val="Book Title"/>
    <w:basedOn w:val="Standardskrifttypeiafsnit"/>
    <w:uiPriority w:val="33"/>
    <w:qFormat/>
    <w:rsid w:val="00FC693F"/>
    <w:rPr>
      <w:b/>
      <w:bCs/>
      <w:smallCaps/>
      <w:spacing w:val="5"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FC693F"/>
    <w:pPr>
      <w:outlineLvl w:val="9"/>
    </w:pPr>
  </w:style>
  <w:style w:type="table" w:styleId="Tabel-Gitter">
    <w:name w:val="Table Grid"/>
    <w:basedOn w:val="Tabel-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ysskygge">
    <w:name w:val="Light Shading"/>
    <w:basedOn w:val="Tabel-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ysskygge-fremhvningsfarve2">
    <w:name w:val="Light Shading Accent 2"/>
    <w:basedOn w:val="Tabel-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ysskygge-fremhvningsfarve3">
    <w:name w:val="Light Shading Accent 3"/>
    <w:basedOn w:val="Tabel-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ysskygge-fremhvningsfarve4">
    <w:name w:val="Light Shading Accent 4"/>
    <w:basedOn w:val="Tabel-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ysskygge-fremhvningsfarve5">
    <w:name w:val="Light Shading Accent 5"/>
    <w:basedOn w:val="Tabel-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ysskygge-fremhvningsfarve6">
    <w:name w:val="Light Shading Accent 6"/>
    <w:basedOn w:val="Tabel-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ysliste">
    <w:name w:val="Light List"/>
    <w:basedOn w:val="Tabel-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ysliste-fremhvningsfarve2">
    <w:name w:val="Light List Accent 2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ysliste-fremhvningsfarve3">
    <w:name w:val="Light List Accent 3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ysliste-fremhvningsfarve4">
    <w:name w:val="Light List Accent 4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ysliste-fremhvningsfarve5">
    <w:name w:val="Light List Accent 5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ysliste-fremhvningsfarve6">
    <w:name w:val="Light List Accent 6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ystgitter">
    <w:name w:val="Light Grid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ystgitter-fremhvningsfarve2">
    <w:name w:val="Light Grid Accent 2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ystgitter-fremhvningsfarve3">
    <w:name w:val="Light Grid Accent 3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ystgitter-fremhvningsfarve4">
    <w:name w:val="Light Grid Accent 4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ystgitter-fremhvningsfarve5">
    <w:name w:val="Light Grid Accent 5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ystgitter-fremhvningsfarve6">
    <w:name w:val="Light Grid Accent 6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kygge1">
    <w:name w:val="Medium Shading 1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e1">
    <w:name w:val="Medium List 1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e1-fremhvningsfarve2">
    <w:name w:val="Medium List 1 Accent 2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e1-fremhvningsfarve3">
    <w:name w:val="Medium List 1 Accent 3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e1-fremhvningsfarve4">
    <w:name w:val="Medium List 1 Accent 4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e1-fremhvningsfarve5">
    <w:name w:val="Medium List 1 Accent 5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e1-fremhvningsfarve6">
    <w:name w:val="Medium List 1 Accent 6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e2">
    <w:name w:val="Medium List 2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itter1">
    <w:name w:val="Medium Grid 1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itter1-fremhvningsfarve2">
    <w:name w:val="Medium Grid 1 Accent 2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itter1-fremhvningsfarve3">
    <w:name w:val="Medium Grid 1 Accent 3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itter1-fremhvningsfarve4">
    <w:name w:val="Medium Grid 1 Accent 4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itter1-fremhvningsfarve5">
    <w:name w:val="Medium Grid 1 Accent 5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itter1-fremhvningsfarve6">
    <w:name w:val="Medium Grid 1 Accent 6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itter2">
    <w:name w:val="Medium Grid 2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itter3-fremhvningsfarve2">
    <w:name w:val="Medium Grid 3 Accent 2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itter3-fremhvningsfarve3">
    <w:name w:val="Medium Grid 3 Accent 3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itter3-fremhvningsfarve4">
    <w:name w:val="Medium Grid 3 Accent 4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itter3-fremhvningsfarve5">
    <w:name w:val="Medium Grid 3 Accent 5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itter3-fremhvningsfarve6">
    <w:name w:val="Medium Grid 3 Accent 6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e">
    <w:name w:val="Dark List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e-fremhvningsfarve2">
    <w:name w:val="Dark List Accent 2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e-fremhvningsfarve3">
    <w:name w:val="Dark List Accent 3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e-fremhvningsfarve4">
    <w:name w:val="Dark List Accent 4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e-fremhvningsfarve5">
    <w:name w:val="Dark List Accent 5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e-fremhvningsfarve6">
    <w:name w:val="Dark List Accent 6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vetskygge">
    <w:name w:val="Colorful Shading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skygge-fremhvningsfarve4">
    <w:name w:val="Colorful Shading Accent 4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liste">
    <w:name w:val="Colorful List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vetliste-fremhvningsfarve2">
    <w:name w:val="Colorful List Accent 2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vetliste-fremhvningsfarve3">
    <w:name w:val="Colorful List Accent 3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vetliste-fremhvningsfarve4">
    <w:name w:val="Colorful List Accent 4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vetliste-fremhvningsfarve5">
    <w:name w:val="Colorful List Accent 5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vetliste-fremhvningsfarve6">
    <w:name w:val="Colorful List Accent 6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vetgitter">
    <w:name w:val="Colorful Grid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vetgitter-fremhvningsfarve2">
    <w:name w:val="Colorful Grid Accent 2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vetgitter-fremhvningsfarve3">
    <w:name w:val="Colorful Grid Accent 3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gitter-fremhvningsfarve4">
    <w:name w:val="Colorful Grid Accent 4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vetgitter-fremhvningsfarve5">
    <w:name w:val="Colorful Grid Accent 5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vetgitter-fremhvningsfarve6">
    <w:name w:val="Colorful Grid Accent 6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77F108EC49DDE4FAC801A510B6A023C" ma:contentTypeVersion="16" ma:contentTypeDescription="Opret et nyt dokument." ma:contentTypeScope="" ma:versionID="3781f808763ab62f3f895fe4db60981e">
  <xsd:schema xmlns:xsd="http://www.w3.org/2001/XMLSchema" xmlns:xs="http://www.w3.org/2001/XMLSchema" xmlns:p="http://schemas.microsoft.com/office/2006/metadata/properties" xmlns:ns2="97644177-2f3c-4317-b352-540f133dd26e" xmlns:ns3="aae85d54-773c-460b-ae03-bf0f063d13a6" targetNamespace="http://schemas.microsoft.com/office/2006/metadata/properties" ma:root="true" ma:fieldsID="c4e62adf3a4514021e62692d8b89ae10" ns2:_="" ns3:_="">
    <xsd:import namespace="97644177-2f3c-4317-b352-540f133dd26e"/>
    <xsd:import namespace="aae85d54-773c-460b-ae03-bf0f063d1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644177-2f3c-4317-b352-540f133dd2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Billedmærker" ma:readOnly="false" ma:fieldId="{5cf76f15-5ced-4ddc-b409-7134ff3c332f}" ma:taxonomyMulti="true" ma:sspId="2fb6f6e7-e91c-46dd-8b90-22947bf7e1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e85d54-773c-460b-ae03-bf0f063d13a6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7c576ec3-e843-45bf-a4c8-3d2637a463d7}" ma:internalName="TaxCatchAll" ma:showField="CatchAllData" ma:web="aae85d54-773c-460b-ae03-bf0f063d1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ae85d54-773c-460b-ae03-bf0f063d13a6" xsi:nil="true"/>
    <lcf76f155ced4ddcb4097134ff3c332f xmlns="97644177-2f3c-4317-b352-540f133dd26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0632467-8D6E-4786-90C2-1209008D0E5C}"/>
</file>

<file path=customXml/itemProps3.xml><?xml version="1.0" encoding="utf-8"?>
<ds:datastoreItem xmlns:ds="http://schemas.openxmlformats.org/officeDocument/2006/customXml" ds:itemID="{BEEB0DE1-17E4-4DB5-A27B-9EE2FF19EEAF}"/>
</file>

<file path=customXml/itemProps4.xml><?xml version="1.0" encoding="utf-8"?>
<ds:datastoreItem xmlns:ds="http://schemas.openxmlformats.org/officeDocument/2006/customXml" ds:itemID="{EB48184A-84E4-4669-A470-AA46DD3B555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264</Words>
  <Characters>1505</Characters>
  <Application>Microsoft Office Word</Application>
  <DocSecurity>0</DocSecurity>
  <Lines>12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1766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Stina J. Nielsen</cp:lastModifiedBy>
  <cp:revision>3</cp:revision>
  <cp:lastPrinted>2026-10-02T11:39:00Z</cp:lastPrinted>
  <dcterms:created xsi:type="dcterms:W3CDTF">2026-10-21T10:16:00Z</dcterms:created>
  <dcterms:modified xsi:type="dcterms:W3CDTF">2026-10-21T10:20:00Z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0x010100677F108EC49DDE4FAC801A510B6A023C</vt:lpwstr>
  </property>
</Properties>
</file>